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10A6" w14:textId="77777777" w:rsidR="000709E0" w:rsidRPr="006B2CF4" w:rsidRDefault="00000000">
      <w:pPr>
        <w:pStyle w:val="berschrift1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Programmablauf der Maßnahme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2"/>
        <w:gridCol w:w="5548"/>
      </w:tblGrid>
      <w:tr w:rsidR="000709E0" w:rsidRPr="006B2CF4" w14:paraId="073D5729" w14:textId="77777777" w:rsidTr="00E20404">
        <w:tc>
          <w:tcPr>
            <w:tcW w:w="3085" w:type="dxa"/>
          </w:tcPr>
          <w:p w14:paraId="19C2A6C5" w14:textId="77777777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Gruppe / Einrichtung</w:t>
            </w:r>
          </w:p>
        </w:tc>
        <w:tc>
          <w:tcPr>
            <w:tcW w:w="5555" w:type="dxa"/>
          </w:tcPr>
          <w:p w14:paraId="5B848DB6" w14:textId="38A1D1A1" w:rsidR="000709E0" w:rsidRPr="006B2CF4" w:rsidRDefault="000709E0">
            <w:pPr>
              <w:rPr>
                <w:lang w:val="de-DE"/>
              </w:rPr>
            </w:pPr>
          </w:p>
        </w:tc>
      </w:tr>
      <w:tr w:rsidR="000709E0" w:rsidRPr="006B2CF4" w14:paraId="66A6DB84" w14:textId="77777777" w:rsidTr="00E20404">
        <w:tc>
          <w:tcPr>
            <w:tcW w:w="3085" w:type="dxa"/>
          </w:tcPr>
          <w:p w14:paraId="574583C7" w14:textId="77777777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Ort der Maßnahme</w:t>
            </w:r>
          </w:p>
        </w:tc>
        <w:tc>
          <w:tcPr>
            <w:tcW w:w="5555" w:type="dxa"/>
          </w:tcPr>
          <w:p w14:paraId="20DD58DD" w14:textId="3E4D5AD1" w:rsidR="000709E0" w:rsidRPr="006B2CF4" w:rsidRDefault="000709E0">
            <w:pPr>
              <w:rPr>
                <w:lang w:val="de-DE"/>
              </w:rPr>
            </w:pPr>
          </w:p>
        </w:tc>
      </w:tr>
      <w:tr w:rsidR="000709E0" w:rsidRPr="006B2CF4" w14:paraId="226EC477" w14:textId="77777777" w:rsidTr="00E20404">
        <w:tc>
          <w:tcPr>
            <w:tcW w:w="3085" w:type="dxa"/>
          </w:tcPr>
          <w:p w14:paraId="2A4050DD" w14:textId="77777777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Zeitraum</w:t>
            </w:r>
          </w:p>
        </w:tc>
        <w:tc>
          <w:tcPr>
            <w:tcW w:w="5555" w:type="dxa"/>
          </w:tcPr>
          <w:p w14:paraId="006AF612" w14:textId="0E1E5FC9" w:rsidR="000709E0" w:rsidRPr="006B2CF4" w:rsidRDefault="000709E0">
            <w:pPr>
              <w:rPr>
                <w:lang w:val="de-DE"/>
              </w:rPr>
            </w:pPr>
          </w:p>
        </w:tc>
      </w:tr>
      <w:tr w:rsidR="000709E0" w:rsidRPr="006B2CF4" w14:paraId="60494D0B" w14:textId="77777777" w:rsidTr="00E20404">
        <w:tc>
          <w:tcPr>
            <w:tcW w:w="3085" w:type="dxa"/>
          </w:tcPr>
          <w:p w14:paraId="0E73DE5B" w14:textId="0126EC58" w:rsidR="000709E0" w:rsidRPr="006B2CF4" w:rsidRDefault="00E20404">
            <w:pPr>
              <w:rPr>
                <w:lang w:val="de-DE"/>
              </w:rPr>
            </w:pPr>
            <w:r w:rsidRPr="006B2CF4">
              <w:rPr>
                <w:lang w:val="de-DE"/>
              </w:rPr>
              <w:t>Anzahl der Tage</w:t>
            </w:r>
          </w:p>
        </w:tc>
        <w:tc>
          <w:tcPr>
            <w:tcW w:w="5555" w:type="dxa"/>
          </w:tcPr>
          <w:p w14:paraId="0E25EEDD" w14:textId="1FF1250B" w:rsidR="000709E0" w:rsidRPr="006B2CF4" w:rsidRDefault="00334E5B">
            <w:pPr>
              <w:rPr>
                <w:lang w:val="de-DE"/>
              </w:rPr>
            </w:pPr>
            <w:r>
              <w:rPr>
                <w:lang w:val="de-DE"/>
              </w:rPr>
              <w:t xml:space="preserve">        </w:t>
            </w:r>
            <w:r w:rsidR="00000000" w:rsidRPr="006B2CF4">
              <w:rPr>
                <w:lang w:val="de-DE"/>
              </w:rPr>
              <w:t>Tage</w:t>
            </w:r>
          </w:p>
        </w:tc>
      </w:tr>
    </w:tbl>
    <w:p w14:paraId="05A3102D" w14:textId="77777777" w:rsidR="00E20404" w:rsidRPr="006B2CF4" w:rsidRDefault="00E20404">
      <w:pPr>
        <w:pStyle w:val="berschrift2"/>
        <w:rPr>
          <w:rFonts w:ascii="Calibri" w:hAnsi="Calibri"/>
          <w:color w:val="FFC000"/>
          <w:lang w:val="de-DE"/>
        </w:rPr>
      </w:pPr>
    </w:p>
    <w:p w14:paraId="771D7C64" w14:textId="59257770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 xml:space="preserve">Tag 1 </w:t>
      </w:r>
      <w:r w:rsidRPr="006B2CF4">
        <w:rPr>
          <w:rFonts w:ascii="Calibri" w:hAnsi="Calibri"/>
          <w:b w:val="0"/>
          <w:color w:val="000000" w:themeColor="text1"/>
          <w:sz w:val="22"/>
          <w:szCs w:val="22"/>
          <w:lang w:val="de-DE"/>
        </w:rPr>
        <w:t>(</w:t>
      </w:r>
      <w:r w:rsidRPr="006B2CF4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>Beispiel</w:t>
      </w:r>
      <w:r w:rsidR="00063772" w:rsidRPr="006B2CF4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>tag</w:t>
      </w:r>
      <w:r w:rsidRPr="006B2CF4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 xml:space="preserve"> – </w:t>
      </w:r>
      <w:r w:rsidR="00063772" w:rsidRPr="006B2CF4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 xml:space="preserve">bitte </w:t>
      </w:r>
      <w:r w:rsidR="00332FE0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 xml:space="preserve">ersetzt die Angaben </w:t>
      </w:r>
      <w:r w:rsidR="00063772" w:rsidRPr="006B2CF4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>durch eu</w:t>
      </w:r>
      <w:r w:rsidR="001040CE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 xml:space="preserve">re </w:t>
      </w:r>
      <w:r w:rsidR="00332FE0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>Inhalte</w:t>
      </w:r>
      <w:r w:rsidR="00332FE0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 xml:space="preserve"> und </w:t>
      </w:r>
      <w:r w:rsidR="001040CE">
        <w:rPr>
          <w:rFonts w:ascii="Calibri" w:hAnsi="Calibri"/>
          <w:b w:val="0"/>
          <w:i/>
          <w:color w:val="000000" w:themeColor="text1"/>
          <w:sz w:val="22"/>
          <w:szCs w:val="22"/>
          <w:lang w:val="de-DE"/>
        </w:rPr>
        <w:t>Zeiten</w:t>
      </w:r>
      <w:r w:rsidRPr="006B2CF4">
        <w:rPr>
          <w:rFonts w:ascii="Calibri" w:hAnsi="Calibri"/>
          <w:b w:val="0"/>
          <w:color w:val="000000" w:themeColor="text1"/>
          <w:sz w:val="22"/>
          <w:szCs w:val="22"/>
          <w:lang w:val="de-DE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709E0" w:rsidRPr="006B2CF4" w14:paraId="4D402D89" w14:textId="77777777" w:rsidTr="0001532F">
        <w:tc>
          <w:tcPr>
            <w:tcW w:w="1555" w:type="dxa"/>
            <w:shd w:val="clear" w:color="auto" w:fill="BFBFBF" w:themeFill="background1" w:themeFillShade="BF"/>
          </w:tcPr>
          <w:p w14:paraId="413A054F" w14:textId="77777777" w:rsidR="000709E0" w:rsidRPr="006B2CF4" w:rsidRDefault="00000000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9EA80A3" w14:textId="77777777" w:rsidR="000709E0" w:rsidRPr="006B2CF4" w:rsidRDefault="00000000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6455DE5B" w14:textId="77777777" w:rsidR="000709E0" w:rsidRPr="006B2CF4" w:rsidRDefault="00000000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709E0" w:rsidRPr="006B2CF4" w14:paraId="0CB2CCDF" w14:textId="77777777" w:rsidTr="0001532F">
        <w:tc>
          <w:tcPr>
            <w:tcW w:w="1555" w:type="dxa"/>
          </w:tcPr>
          <w:p w14:paraId="321FD0DD" w14:textId="48D812A6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 w:rsidR="001040CE"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099C7DF0" w14:textId="313E0836" w:rsidR="000709E0" w:rsidRPr="006B2CF4" w:rsidRDefault="00334E5B">
            <w:pPr>
              <w:rPr>
                <w:lang w:val="de-DE"/>
              </w:rPr>
            </w:pPr>
            <w:r>
              <w:rPr>
                <w:lang w:val="de-DE"/>
              </w:rPr>
              <w:t>Anreise</w:t>
            </w:r>
          </w:p>
        </w:tc>
        <w:tc>
          <w:tcPr>
            <w:tcW w:w="3673" w:type="dxa"/>
          </w:tcPr>
          <w:p w14:paraId="451228D0" w14:textId="77777777" w:rsidR="00063772" w:rsidRDefault="00063772" w:rsidP="00334E5B">
            <w:pPr>
              <w:rPr>
                <w:lang w:val="de-DE"/>
              </w:rPr>
            </w:pPr>
          </w:p>
          <w:p w14:paraId="539816E2" w14:textId="77777777" w:rsidR="00334E5B" w:rsidRPr="006B2CF4" w:rsidRDefault="00334E5B" w:rsidP="00334E5B">
            <w:pPr>
              <w:rPr>
                <w:lang w:val="de-DE"/>
              </w:rPr>
            </w:pPr>
          </w:p>
        </w:tc>
      </w:tr>
      <w:tr w:rsidR="000709E0" w:rsidRPr="006B2CF4" w14:paraId="20503E5E" w14:textId="77777777" w:rsidTr="0001532F">
        <w:tc>
          <w:tcPr>
            <w:tcW w:w="1555" w:type="dxa"/>
          </w:tcPr>
          <w:p w14:paraId="426A48A6" w14:textId="34D1E272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 w:rsidR="001040CE"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0271E6A5" w14:textId="1F2DEBC5" w:rsidR="000709E0" w:rsidRPr="006B2CF4" w:rsidRDefault="00334E5B">
            <w:pPr>
              <w:rPr>
                <w:lang w:val="de-DE"/>
              </w:rPr>
            </w:pPr>
            <w:r>
              <w:rPr>
                <w:lang w:val="de-DE"/>
              </w:rPr>
              <w:t>Anreise</w:t>
            </w:r>
          </w:p>
        </w:tc>
        <w:tc>
          <w:tcPr>
            <w:tcW w:w="3673" w:type="dxa"/>
          </w:tcPr>
          <w:p w14:paraId="7AE6F983" w14:textId="77777777" w:rsidR="000709E0" w:rsidRDefault="000709E0">
            <w:pPr>
              <w:rPr>
                <w:lang w:val="de-DE"/>
              </w:rPr>
            </w:pPr>
          </w:p>
          <w:p w14:paraId="66A9EF5A" w14:textId="41DEB3B1" w:rsidR="00334E5B" w:rsidRPr="006B2CF4" w:rsidRDefault="00334E5B">
            <w:pPr>
              <w:rPr>
                <w:lang w:val="de-DE"/>
              </w:rPr>
            </w:pPr>
          </w:p>
        </w:tc>
      </w:tr>
      <w:tr w:rsidR="000709E0" w:rsidRPr="006B2CF4" w14:paraId="374A6560" w14:textId="77777777" w:rsidTr="0001532F">
        <w:tc>
          <w:tcPr>
            <w:tcW w:w="1555" w:type="dxa"/>
          </w:tcPr>
          <w:p w14:paraId="4175717E" w14:textId="5C024BB6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518FC457" w14:textId="752014DB" w:rsidR="000709E0" w:rsidRPr="006B2CF4" w:rsidRDefault="00334E5B">
            <w:pPr>
              <w:rPr>
                <w:lang w:val="de-DE"/>
              </w:rPr>
            </w:pPr>
            <w:r>
              <w:rPr>
                <w:lang w:val="de-DE"/>
              </w:rPr>
              <w:t>Ankommen u Mittagessen</w:t>
            </w:r>
          </w:p>
        </w:tc>
        <w:tc>
          <w:tcPr>
            <w:tcW w:w="3673" w:type="dxa"/>
          </w:tcPr>
          <w:p w14:paraId="74B6FD0B" w14:textId="5D407263" w:rsidR="000709E0" w:rsidRPr="006B2CF4" w:rsidRDefault="00334E5B">
            <w:pPr>
              <w:rPr>
                <w:lang w:val="de-DE"/>
              </w:rPr>
            </w:pPr>
            <w:r>
              <w:rPr>
                <w:lang w:val="de-DE"/>
              </w:rPr>
              <w:t>Zelte beziehen</w:t>
            </w:r>
          </w:p>
          <w:p w14:paraId="136C2815" w14:textId="77777777" w:rsidR="00063772" w:rsidRPr="006B2CF4" w:rsidRDefault="00063772">
            <w:pPr>
              <w:rPr>
                <w:lang w:val="de-DE"/>
              </w:rPr>
            </w:pPr>
          </w:p>
        </w:tc>
      </w:tr>
      <w:tr w:rsidR="000709E0" w:rsidRPr="006B2CF4" w14:paraId="63CF66C6" w14:textId="77777777" w:rsidTr="0001532F">
        <w:tc>
          <w:tcPr>
            <w:tcW w:w="1555" w:type="dxa"/>
          </w:tcPr>
          <w:p w14:paraId="3C1FF31C" w14:textId="5F1F7E33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456BEDF0" w14:textId="277C3B9A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Warm-up</w:t>
            </w:r>
            <w:r w:rsidR="00334E5B">
              <w:rPr>
                <w:lang w:val="de-DE"/>
              </w:rPr>
              <w:t xml:space="preserve"> und</w:t>
            </w:r>
          </w:p>
          <w:p w14:paraId="30BE4DD8" w14:textId="5893DC9D" w:rsidR="00063772" w:rsidRPr="006B2CF4" w:rsidRDefault="00063772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0FBD14B0" w14:textId="271B2D80" w:rsidR="00063772" w:rsidRPr="006B2CF4" w:rsidRDefault="00334E5B">
            <w:pPr>
              <w:rPr>
                <w:lang w:val="de-DE"/>
              </w:rPr>
            </w:pPr>
            <w:r w:rsidRPr="006B2CF4">
              <w:rPr>
                <w:lang w:val="de-DE"/>
              </w:rPr>
              <w:t>Kennenlernen</w:t>
            </w:r>
            <w:r>
              <w:rPr>
                <w:lang w:val="de-DE"/>
              </w:rPr>
              <w:t>,</w:t>
            </w:r>
            <w:r w:rsidRPr="006B2CF4">
              <w:rPr>
                <w:lang w:val="de-DE"/>
              </w:rPr>
              <w:t xml:space="preserve"> </w:t>
            </w:r>
            <w:proofErr w:type="spellStart"/>
            <w:r w:rsidRPr="006B2CF4">
              <w:rPr>
                <w:lang w:val="de-DE"/>
              </w:rPr>
              <w:t>Icebreaker</w:t>
            </w:r>
            <w:proofErr w:type="spellEnd"/>
            <w:r w:rsidRPr="006B2CF4">
              <w:rPr>
                <w:lang w:val="de-DE"/>
              </w:rPr>
              <w:t>-Spiele</w:t>
            </w:r>
          </w:p>
        </w:tc>
      </w:tr>
      <w:tr w:rsidR="000709E0" w:rsidRPr="006B2CF4" w14:paraId="20A64DA2" w14:textId="77777777" w:rsidTr="0001532F">
        <w:tc>
          <w:tcPr>
            <w:tcW w:w="1555" w:type="dxa"/>
          </w:tcPr>
          <w:p w14:paraId="2853B0E5" w14:textId="563958BF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2DB60993" w14:textId="77777777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3B9A11B6" w14:textId="640753CB" w:rsidR="00063772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Gemeinsames Abendessen</w:t>
            </w:r>
            <w:r w:rsidR="00E20404" w:rsidRPr="006B2CF4">
              <w:rPr>
                <w:lang w:val="de-DE"/>
              </w:rPr>
              <w:t xml:space="preserve"> und Platz </w:t>
            </w:r>
            <w:r w:rsidR="00334E5B">
              <w:rPr>
                <w:lang w:val="de-DE"/>
              </w:rPr>
              <w:t>erkunden</w:t>
            </w:r>
          </w:p>
        </w:tc>
      </w:tr>
      <w:tr w:rsidR="000709E0" w:rsidRPr="006B2CF4" w14:paraId="7DD74809" w14:textId="77777777" w:rsidTr="0001532F">
        <w:tc>
          <w:tcPr>
            <w:tcW w:w="1555" w:type="dxa"/>
          </w:tcPr>
          <w:p w14:paraId="26FD0383" w14:textId="710E78A4" w:rsidR="000709E0" w:rsidRPr="006B2CF4" w:rsidRDefault="00E20404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537C9341" w14:textId="77777777" w:rsidR="000709E0" w:rsidRPr="006B2CF4" w:rsidRDefault="00000000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1AA1557E" w14:textId="388253B3" w:rsidR="000709E0" w:rsidRDefault="00334E5B">
            <w:pPr>
              <w:rPr>
                <w:lang w:val="de-DE"/>
              </w:rPr>
            </w:pPr>
            <w:r>
              <w:rPr>
                <w:lang w:val="de-DE"/>
              </w:rPr>
              <w:t xml:space="preserve">Campregeln. </w:t>
            </w:r>
            <w:r w:rsidRPr="006B2CF4">
              <w:rPr>
                <w:lang w:val="de-DE"/>
              </w:rPr>
              <w:t>Geländerallye</w:t>
            </w:r>
            <w:r w:rsidR="00E20404" w:rsidRPr="006B2CF4">
              <w:rPr>
                <w:lang w:val="de-DE"/>
              </w:rPr>
              <w:t xml:space="preserve"> </w:t>
            </w:r>
          </w:p>
          <w:p w14:paraId="6D29F635" w14:textId="42BF7B74" w:rsidR="00334E5B" w:rsidRPr="006B2CF4" w:rsidRDefault="00334E5B">
            <w:pPr>
              <w:rPr>
                <w:lang w:val="de-DE"/>
              </w:rPr>
            </w:pPr>
          </w:p>
        </w:tc>
      </w:tr>
      <w:tr w:rsidR="00E20404" w:rsidRPr="006B2CF4" w14:paraId="440DB074" w14:textId="77777777" w:rsidTr="0001532F">
        <w:tc>
          <w:tcPr>
            <w:tcW w:w="1555" w:type="dxa"/>
          </w:tcPr>
          <w:p w14:paraId="2BB144DC" w14:textId="6F99B53D" w:rsidR="00E20404" w:rsidRPr="006B2CF4" w:rsidRDefault="00E20404">
            <w:pPr>
              <w:rPr>
                <w:lang w:val="de-DE"/>
              </w:rPr>
            </w:pPr>
            <w:r w:rsidRPr="006B2CF4">
              <w:rPr>
                <w:lang w:val="de-DE"/>
              </w:rPr>
              <w:t>22:00</w:t>
            </w:r>
          </w:p>
        </w:tc>
        <w:tc>
          <w:tcPr>
            <w:tcW w:w="3402" w:type="dxa"/>
          </w:tcPr>
          <w:p w14:paraId="4AAB6F82" w14:textId="7CC832A3" w:rsidR="00E20404" w:rsidRPr="006B2CF4" w:rsidRDefault="00E20404">
            <w:pPr>
              <w:rPr>
                <w:lang w:val="de-DE"/>
              </w:rPr>
            </w:pPr>
            <w:r w:rsidRPr="006B2CF4">
              <w:rPr>
                <w:lang w:val="de-DE"/>
              </w:rPr>
              <w:t>Programmende</w:t>
            </w:r>
          </w:p>
        </w:tc>
        <w:tc>
          <w:tcPr>
            <w:tcW w:w="3673" w:type="dxa"/>
          </w:tcPr>
          <w:p w14:paraId="0B687BB7" w14:textId="77777777" w:rsidR="00E20404" w:rsidRDefault="00E20404">
            <w:pPr>
              <w:rPr>
                <w:lang w:val="de-DE"/>
              </w:rPr>
            </w:pPr>
          </w:p>
          <w:p w14:paraId="2DE1A1EC" w14:textId="77777777" w:rsidR="00334E5B" w:rsidRPr="006B2CF4" w:rsidRDefault="00334E5B">
            <w:pPr>
              <w:rPr>
                <w:lang w:val="de-DE"/>
              </w:rPr>
            </w:pPr>
          </w:p>
        </w:tc>
      </w:tr>
    </w:tbl>
    <w:p w14:paraId="4B47FB35" w14:textId="77777777" w:rsidR="00E20404" w:rsidRPr="006B2CF4" w:rsidRDefault="00E20404">
      <w:pPr>
        <w:rPr>
          <w:lang w:val="de-DE"/>
        </w:rPr>
      </w:pPr>
    </w:p>
    <w:p w14:paraId="059B5DA4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Tag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709E0" w:rsidRPr="006B2CF4" w14:paraId="57CC62BF" w14:textId="77777777" w:rsidTr="0001532F">
        <w:tc>
          <w:tcPr>
            <w:tcW w:w="1555" w:type="dxa"/>
            <w:shd w:val="clear" w:color="auto" w:fill="BFBFBF" w:themeFill="background1" w:themeFillShade="BF"/>
          </w:tcPr>
          <w:p w14:paraId="34640CAF" w14:textId="77777777" w:rsidR="000709E0" w:rsidRPr="006B2CF4" w:rsidRDefault="00000000" w:rsidP="00063772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D476093" w14:textId="77777777" w:rsidR="000709E0" w:rsidRPr="006B2CF4" w:rsidRDefault="00000000" w:rsidP="00063772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3650E0C9" w14:textId="77777777" w:rsidR="000709E0" w:rsidRPr="006B2CF4" w:rsidRDefault="00000000" w:rsidP="00063772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1040CE" w:rsidRPr="006B2CF4" w14:paraId="1A586B04" w14:textId="77777777" w:rsidTr="0001532F">
        <w:tc>
          <w:tcPr>
            <w:tcW w:w="1555" w:type="dxa"/>
          </w:tcPr>
          <w:p w14:paraId="56F53086" w14:textId="449C49CD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1753572E" w14:textId="77777777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4508F24D" w14:textId="77777777" w:rsidR="001040CE" w:rsidRDefault="001040CE" w:rsidP="001040CE">
            <w:pPr>
              <w:rPr>
                <w:lang w:val="de-DE"/>
              </w:rPr>
            </w:pPr>
          </w:p>
          <w:p w14:paraId="734432A9" w14:textId="77777777" w:rsidR="001040CE" w:rsidRPr="006B2CF4" w:rsidRDefault="001040CE" w:rsidP="001040CE">
            <w:pPr>
              <w:rPr>
                <w:lang w:val="de-DE"/>
              </w:rPr>
            </w:pPr>
          </w:p>
        </w:tc>
      </w:tr>
      <w:tr w:rsidR="001040CE" w:rsidRPr="006B2CF4" w14:paraId="2C37144D" w14:textId="77777777" w:rsidTr="0001532F">
        <w:tc>
          <w:tcPr>
            <w:tcW w:w="1555" w:type="dxa"/>
          </w:tcPr>
          <w:p w14:paraId="4D0E4867" w14:textId="3AC80807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37FC69FD" w14:textId="77777777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6C1F909D" w14:textId="77777777" w:rsidR="001040CE" w:rsidRDefault="001040CE" w:rsidP="001040CE">
            <w:pPr>
              <w:rPr>
                <w:lang w:val="de-DE"/>
              </w:rPr>
            </w:pPr>
          </w:p>
          <w:p w14:paraId="697AEF31" w14:textId="77777777" w:rsidR="001040CE" w:rsidRPr="006B2CF4" w:rsidRDefault="001040CE" w:rsidP="001040CE">
            <w:pPr>
              <w:rPr>
                <w:lang w:val="de-DE"/>
              </w:rPr>
            </w:pPr>
          </w:p>
        </w:tc>
      </w:tr>
      <w:tr w:rsidR="001040CE" w:rsidRPr="006B2CF4" w14:paraId="0BECE8B6" w14:textId="77777777" w:rsidTr="0001532F">
        <w:tc>
          <w:tcPr>
            <w:tcW w:w="1555" w:type="dxa"/>
          </w:tcPr>
          <w:p w14:paraId="58129E38" w14:textId="26E8C41E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5D4CB8C9" w14:textId="77777777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04ED6E4E" w14:textId="77777777" w:rsidR="001040CE" w:rsidRDefault="001040CE" w:rsidP="001040CE">
            <w:pPr>
              <w:rPr>
                <w:lang w:val="de-DE"/>
              </w:rPr>
            </w:pPr>
          </w:p>
          <w:p w14:paraId="6359ED2E" w14:textId="77777777" w:rsidR="001040CE" w:rsidRPr="006B2CF4" w:rsidRDefault="001040CE" w:rsidP="001040CE">
            <w:pPr>
              <w:rPr>
                <w:lang w:val="de-DE"/>
              </w:rPr>
            </w:pPr>
          </w:p>
        </w:tc>
      </w:tr>
      <w:tr w:rsidR="001040CE" w:rsidRPr="006B2CF4" w14:paraId="056AAB51" w14:textId="77777777" w:rsidTr="0001532F">
        <w:tc>
          <w:tcPr>
            <w:tcW w:w="1555" w:type="dxa"/>
          </w:tcPr>
          <w:p w14:paraId="1AA85048" w14:textId="4AB888FE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461C9C8B" w14:textId="29F05D16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4D106A16" w14:textId="77777777" w:rsidR="001040CE" w:rsidRDefault="001040CE" w:rsidP="001040CE">
            <w:pPr>
              <w:rPr>
                <w:lang w:val="de-DE"/>
              </w:rPr>
            </w:pPr>
          </w:p>
          <w:p w14:paraId="52AE57C9" w14:textId="77777777" w:rsidR="001040CE" w:rsidRPr="006B2CF4" w:rsidRDefault="001040CE" w:rsidP="001040CE">
            <w:pPr>
              <w:rPr>
                <w:lang w:val="de-DE"/>
              </w:rPr>
            </w:pPr>
          </w:p>
        </w:tc>
      </w:tr>
      <w:tr w:rsidR="001040CE" w:rsidRPr="006B2CF4" w14:paraId="063FA05D" w14:textId="77777777" w:rsidTr="0001532F">
        <w:tc>
          <w:tcPr>
            <w:tcW w:w="1555" w:type="dxa"/>
          </w:tcPr>
          <w:p w14:paraId="2E2427E7" w14:textId="246C46CD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3C1B96FE" w14:textId="77777777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0CF23971" w14:textId="77777777" w:rsidR="001040CE" w:rsidRDefault="001040CE" w:rsidP="001040CE">
            <w:pPr>
              <w:rPr>
                <w:lang w:val="de-DE"/>
              </w:rPr>
            </w:pPr>
          </w:p>
          <w:p w14:paraId="097C7275" w14:textId="77777777" w:rsidR="001040CE" w:rsidRPr="006B2CF4" w:rsidRDefault="001040CE" w:rsidP="001040CE">
            <w:pPr>
              <w:rPr>
                <w:lang w:val="de-DE"/>
              </w:rPr>
            </w:pPr>
          </w:p>
        </w:tc>
      </w:tr>
      <w:tr w:rsidR="001040CE" w:rsidRPr="006B2CF4" w14:paraId="29D3B4F1" w14:textId="77777777" w:rsidTr="0001532F">
        <w:tc>
          <w:tcPr>
            <w:tcW w:w="1555" w:type="dxa"/>
          </w:tcPr>
          <w:p w14:paraId="51F7C98E" w14:textId="68E4E7BC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29FC2826" w14:textId="77777777" w:rsidR="001040CE" w:rsidRPr="006B2CF4" w:rsidRDefault="001040CE" w:rsidP="001040CE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5F5751AC" w14:textId="77777777" w:rsidR="001040CE" w:rsidRDefault="001040CE" w:rsidP="001040CE">
            <w:pPr>
              <w:rPr>
                <w:lang w:val="de-DE"/>
              </w:rPr>
            </w:pPr>
          </w:p>
          <w:p w14:paraId="499D124B" w14:textId="77777777" w:rsidR="001040CE" w:rsidRPr="006B2CF4" w:rsidRDefault="001040CE" w:rsidP="001040CE">
            <w:pPr>
              <w:rPr>
                <w:lang w:val="de-DE"/>
              </w:rPr>
            </w:pPr>
          </w:p>
        </w:tc>
      </w:tr>
    </w:tbl>
    <w:p w14:paraId="39D15865" w14:textId="193203B1" w:rsidR="000709E0" w:rsidRDefault="000709E0">
      <w:pPr>
        <w:rPr>
          <w:lang w:val="de-DE"/>
        </w:rPr>
      </w:pPr>
    </w:p>
    <w:p w14:paraId="4CA342BE" w14:textId="77777777" w:rsidR="00334E5B" w:rsidRPr="006B2CF4" w:rsidRDefault="00334E5B">
      <w:pPr>
        <w:rPr>
          <w:lang w:val="de-DE"/>
        </w:rPr>
      </w:pPr>
    </w:p>
    <w:p w14:paraId="2F38E22D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lastRenderedPageBreak/>
        <w:t>Tag 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343FDF3C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4416CE8F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9FF2AFA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0D20894C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2FD5D772" w14:textId="77777777" w:rsidTr="00E86D87">
        <w:tc>
          <w:tcPr>
            <w:tcW w:w="1555" w:type="dxa"/>
          </w:tcPr>
          <w:p w14:paraId="1163C43C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3B6BF78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3804E08C" w14:textId="77777777" w:rsidR="0001532F" w:rsidRDefault="0001532F" w:rsidP="00E86D87">
            <w:pPr>
              <w:rPr>
                <w:lang w:val="de-DE"/>
              </w:rPr>
            </w:pPr>
          </w:p>
          <w:p w14:paraId="2E272C28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E3A0C1E" w14:textId="77777777" w:rsidTr="00E86D87">
        <w:tc>
          <w:tcPr>
            <w:tcW w:w="1555" w:type="dxa"/>
          </w:tcPr>
          <w:p w14:paraId="39B6ECE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39AA63FB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58CA71C5" w14:textId="77777777" w:rsidR="0001532F" w:rsidRDefault="0001532F" w:rsidP="00E86D87">
            <w:pPr>
              <w:rPr>
                <w:lang w:val="de-DE"/>
              </w:rPr>
            </w:pPr>
          </w:p>
          <w:p w14:paraId="697B6762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C8ED40E" w14:textId="77777777" w:rsidTr="00E86D87">
        <w:tc>
          <w:tcPr>
            <w:tcW w:w="1555" w:type="dxa"/>
          </w:tcPr>
          <w:p w14:paraId="53EFBBDB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2F069C0C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2B9D49E2" w14:textId="77777777" w:rsidR="0001532F" w:rsidRDefault="0001532F" w:rsidP="00E86D87">
            <w:pPr>
              <w:rPr>
                <w:lang w:val="de-DE"/>
              </w:rPr>
            </w:pPr>
          </w:p>
          <w:p w14:paraId="4C282E8E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2E9AE20" w14:textId="77777777" w:rsidTr="00E86D87">
        <w:tc>
          <w:tcPr>
            <w:tcW w:w="1555" w:type="dxa"/>
          </w:tcPr>
          <w:p w14:paraId="4E69E81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4FF98D6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33B17F9B" w14:textId="77777777" w:rsidR="0001532F" w:rsidRDefault="0001532F" w:rsidP="00E86D87">
            <w:pPr>
              <w:rPr>
                <w:lang w:val="de-DE"/>
              </w:rPr>
            </w:pPr>
          </w:p>
          <w:p w14:paraId="3B792E15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9677845" w14:textId="77777777" w:rsidTr="00E86D87">
        <w:tc>
          <w:tcPr>
            <w:tcW w:w="1555" w:type="dxa"/>
          </w:tcPr>
          <w:p w14:paraId="49C9DAF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5FE116C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5934D312" w14:textId="77777777" w:rsidR="0001532F" w:rsidRDefault="0001532F" w:rsidP="00E86D87">
            <w:pPr>
              <w:rPr>
                <w:lang w:val="de-DE"/>
              </w:rPr>
            </w:pPr>
          </w:p>
          <w:p w14:paraId="5A924B81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1B578E75" w14:textId="77777777" w:rsidTr="00E86D87">
        <w:tc>
          <w:tcPr>
            <w:tcW w:w="1555" w:type="dxa"/>
          </w:tcPr>
          <w:p w14:paraId="517DB1D4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5E1BE5C9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6F4B2CB4" w14:textId="77777777" w:rsidR="0001532F" w:rsidRDefault="0001532F" w:rsidP="00E86D87">
            <w:pPr>
              <w:rPr>
                <w:lang w:val="de-DE"/>
              </w:rPr>
            </w:pPr>
          </w:p>
          <w:p w14:paraId="31FEE9AE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29A001D1" w14:textId="2EC44B75" w:rsidR="000709E0" w:rsidRPr="006B2CF4" w:rsidRDefault="000709E0">
      <w:pPr>
        <w:rPr>
          <w:lang w:val="de-DE"/>
        </w:rPr>
      </w:pPr>
    </w:p>
    <w:p w14:paraId="7A727A00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Tag 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708D6499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0900D49B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FE8F753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27653420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7790107F" w14:textId="77777777" w:rsidTr="00E86D87">
        <w:tc>
          <w:tcPr>
            <w:tcW w:w="1555" w:type="dxa"/>
          </w:tcPr>
          <w:p w14:paraId="7B592B8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26E7D441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26C67EFB" w14:textId="77777777" w:rsidR="0001532F" w:rsidRDefault="0001532F" w:rsidP="00E86D87">
            <w:pPr>
              <w:rPr>
                <w:lang w:val="de-DE"/>
              </w:rPr>
            </w:pPr>
          </w:p>
          <w:p w14:paraId="280233F5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23357509" w14:textId="77777777" w:rsidTr="00E86D87">
        <w:tc>
          <w:tcPr>
            <w:tcW w:w="1555" w:type="dxa"/>
          </w:tcPr>
          <w:p w14:paraId="6CD5D7D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62C5342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426FBF06" w14:textId="77777777" w:rsidR="0001532F" w:rsidRDefault="0001532F" w:rsidP="00E86D87">
            <w:pPr>
              <w:rPr>
                <w:lang w:val="de-DE"/>
              </w:rPr>
            </w:pPr>
          </w:p>
          <w:p w14:paraId="54001BC0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070C747F" w14:textId="77777777" w:rsidTr="00E86D87">
        <w:tc>
          <w:tcPr>
            <w:tcW w:w="1555" w:type="dxa"/>
          </w:tcPr>
          <w:p w14:paraId="54D79D68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6EBE6F0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1AB64DFD" w14:textId="77777777" w:rsidR="0001532F" w:rsidRDefault="0001532F" w:rsidP="00E86D87">
            <w:pPr>
              <w:rPr>
                <w:lang w:val="de-DE"/>
              </w:rPr>
            </w:pPr>
          </w:p>
          <w:p w14:paraId="5EDAB2DB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419B427A" w14:textId="77777777" w:rsidTr="00E86D87">
        <w:tc>
          <w:tcPr>
            <w:tcW w:w="1555" w:type="dxa"/>
          </w:tcPr>
          <w:p w14:paraId="03DDE60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72CF9095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1FEA9ABE" w14:textId="77777777" w:rsidR="0001532F" w:rsidRDefault="0001532F" w:rsidP="00E86D87">
            <w:pPr>
              <w:rPr>
                <w:lang w:val="de-DE"/>
              </w:rPr>
            </w:pPr>
          </w:p>
          <w:p w14:paraId="063F332F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1BA70D40" w14:textId="77777777" w:rsidTr="00E86D87">
        <w:tc>
          <w:tcPr>
            <w:tcW w:w="1555" w:type="dxa"/>
          </w:tcPr>
          <w:p w14:paraId="7C52293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77034C1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5489E70A" w14:textId="77777777" w:rsidR="0001532F" w:rsidRDefault="0001532F" w:rsidP="00E86D87">
            <w:pPr>
              <w:rPr>
                <w:lang w:val="de-DE"/>
              </w:rPr>
            </w:pPr>
          </w:p>
          <w:p w14:paraId="497153C2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2EE0770" w14:textId="77777777" w:rsidTr="00E86D87">
        <w:tc>
          <w:tcPr>
            <w:tcW w:w="1555" w:type="dxa"/>
          </w:tcPr>
          <w:p w14:paraId="72B4069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7F6D0353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142583C3" w14:textId="77777777" w:rsidR="0001532F" w:rsidRDefault="0001532F" w:rsidP="00E86D87">
            <w:pPr>
              <w:rPr>
                <w:lang w:val="de-DE"/>
              </w:rPr>
            </w:pPr>
          </w:p>
          <w:p w14:paraId="7E3C8602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635EB8A5" w14:textId="3B8F9D26" w:rsidR="000709E0" w:rsidRPr="006B2CF4" w:rsidRDefault="000709E0">
      <w:pPr>
        <w:rPr>
          <w:lang w:val="de-DE"/>
        </w:rPr>
      </w:pPr>
    </w:p>
    <w:p w14:paraId="43DE6ACE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Tag 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211F75EC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30A058B0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2771B4D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7E5F17C2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78D5DE51" w14:textId="77777777" w:rsidTr="00E86D87">
        <w:tc>
          <w:tcPr>
            <w:tcW w:w="1555" w:type="dxa"/>
          </w:tcPr>
          <w:p w14:paraId="4EFBAFBB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28918056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70F53031" w14:textId="77777777" w:rsidR="0001532F" w:rsidRDefault="0001532F" w:rsidP="00E86D87">
            <w:pPr>
              <w:rPr>
                <w:lang w:val="de-DE"/>
              </w:rPr>
            </w:pPr>
          </w:p>
          <w:p w14:paraId="0946B68C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C44A292" w14:textId="77777777" w:rsidTr="00E86D87">
        <w:tc>
          <w:tcPr>
            <w:tcW w:w="1555" w:type="dxa"/>
          </w:tcPr>
          <w:p w14:paraId="3FBEB1E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11BAC04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447059AF" w14:textId="77777777" w:rsidR="0001532F" w:rsidRDefault="0001532F" w:rsidP="00E86D87">
            <w:pPr>
              <w:rPr>
                <w:lang w:val="de-DE"/>
              </w:rPr>
            </w:pPr>
          </w:p>
          <w:p w14:paraId="252D7740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1B36F92F" w14:textId="77777777" w:rsidTr="00E86D87">
        <w:tc>
          <w:tcPr>
            <w:tcW w:w="1555" w:type="dxa"/>
          </w:tcPr>
          <w:p w14:paraId="501DB073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1E071DD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120FC64D" w14:textId="77777777" w:rsidR="0001532F" w:rsidRDefault="0001532F" w:rsidP="00E86D87">
            <w:pPr>
              <w:rPr>
                <w:lang w:val="de-DE"/>
              </w:rPr>
            </w:pPr>
          </w:p>
          <w:p w14:paraId="0237369E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04DABBE5" w14:textId="77777777" w:rsidTr="00E86D87">
        <w:tc>
          <w:tcPr>
            <w:tcW w:w="1555" w:type="dxa"/>
          </w:tcPr>
          <w:p w14:paraId="270232E1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1A66B21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70C9DEDC" w14:textId="77777777" w:rsidR="0001532F" w:rsidRDefault="0001532F" w:rsidP="00E86D87">
            <w:pPr>
              <w:rPr>
                <w:lang w:val="de-DE"/>
              </w:rPr>
            </w:pPr>
          </w:p>
          <w:p w14:paraId="0B778FF7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41621FD" w14:textId="77777777" w:rsidTr="00E86D87">
        <w:tc>
          <w:tcPr>
            <w:tcW w:w="1555" w:type="dxa"/>
          </w:tcPr>
          <w:p w14:paraId="5666E66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44A1EFA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1374E67E" w14:textId="77777777" w:rsidR="0001532F" w:rsidRDefault="0001532F" w:rsidP="00E86D87">
            <w:pPr>
              <w:rPr>
                <w:lang w:val="de-DE"/>
              </w:rPr>
            </w:pPr>
          </w:p>
          <w:p w14:paraId="06BB220E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FB17705" w14:textId="77777777" w:rsidTr="00E86D87">
        <w:tc>
          <w:tcPr>
            <w:tcW w:w="1555" w:type="dxa"/>
          </w:tcPr>
          <w:p w14:paraId="7022DBD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0459E89C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083D600C" w14:textId="77777777" w:rsidR="0001532F" w:rsidRDefault="0001532F" w:rsidP="00E86D87">
            <w:pPr>
              <w:rPr>
                <w:lang w:val="de-DE"/>
              </w:rPr>
            </w:pPr>
          </w:p>
          <w:p w14:paraId="359A68C1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4B07B9F8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lastRenderedPageBreak/>
        <w:t>Tag 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7CA4EFFC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563002E3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AEB92EA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0A6FC353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7BE0DB27" w14:textId="77777777" w:rsidTr="00E86D87">
        <w:tc>
          <w:tcPr>
            <w:tcW w:w="1555" w:type="dxa"/>
          </w:tcPr>
          <w:p w14:paraId="5E979686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787675C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73926BF3" w14:textId="77777777" w:rsidR="0001532F" w:rsidRDefault="0001532F" w:rsidP="00E86D87">
            <w:pPr>
              <w:rPr>
                <w:lang w:val="de-DE"/>
              </w:rPr>
            </w:pPr>
          </w:p>
          <w:p w14:paraId="53443CE4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1C05882" w14:textId="77777777" w:rsidTr="00E86D87">
        <w:tc>
          <w:tcPr>
            <w:tcW w:w="1555" w:type="dxa"/>
          </w:tcPr>
          <w:p w14:paraId="7C446FA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687D8AFA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33498325" w14:textId="77777777" w:rsidR="0001532F" w:rsidRDefault="0001532F" w:rsidP="00E86D87">
            <w:pPr>
              <w:rPr>
                <w:lang w:val="de-DE"/>
              </w:rPr>
            </w:pPr>
          </w:p>
          <w:p w14:paraId="2638F29E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0E97C13F" w14:textId="77777777" w:rsidTr="00E86D87">
        <w:tc>
          <w:tcPr>
            <w:tcW w:w="1555" w:type="dxa"/>
          </w:tcPr>
          <w:p w14:paraId="7B106D8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4045FEDA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584EB6F4" w14:textId="77777777" w:rsidR="0001532F" w:rsidRDefault="0001532F" w:rsidP="00E86D87">
            <w:pPr>
              <w:rPr>
                <w:lang w:val="de-DE"/>
              </w:rPr>
            </w:pPr>
          </w:p>
          <w:p w14:paraId="5ECD8C99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86BFECB" w14:textId="77777777" w:rsidTr="00E86D87">
        <w:tc>
          <w:tcPr>
            <w:tcW w:w="1555" w:type="dxa"/>
          </w:tcPr>
          <w:p w14:paraId="6EDD446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39973928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79787D7B" w14:textId="77777777" w:rsidR="0001532F" w:rsidRDefault="0001532F" w:rsidP="00E86D87">
            <w:pPr>
              <w:rPr>
                <w:lang w:val="de-DE"/>
              </w:rPr>
            </w:pPr>
          </w:p>
          <w:p w14:paraId="1E72E29A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2C56950" w14:textId="77777777" w:rsidTr="00E86D87">
        <w:tc>
          <w:tcPr>
            <w:tcW w:w="1555" w:type="dxa"/>
          </w:tcPr>
          <w:p w14:paraId="221A8B36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6F5B6BC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2143D232" w14:textId="77777777" w:rsidR="0001532F" w:rsidRDefault="0001532F" w:rsidP="00E86D87">
            <w:pPr>
              <w:rPr>
                <w:lang w:val="de-DE"/>
              </w:rPr>
            </w:pPr>
          </w:p>
          <w:p w14:paraId="41E39484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A9C8E8A" w14:textId="77777777" w:rsidTr="00E86D87">
        <w:tc>
          <w:tcPr>
            <w:tcW w:w="1555" w:type="dxa"/>
          </w:tcPr>
          <w:p w14:paraId="7A660856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375AC91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30E28A19" w14:textId="77777777" w:rsidR="0001532F" w:rsidRDefault="0001532F" w:rsidP="00E86D87">
            <w:pPr>
              <w:rPr>
                <w:lang w:val="de-DE"/>
              </w:rPr>
            </w:pPr>
          </w:p>
          <w:p w14:paraId="7DD8A0C5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6D9D9997" w14:textId="1CF90918" w:rsidR="000709E0" w:rsidRPr="006B2CF4" w:rsidRDefault="000709E0">
      <w:pPr>
        <w:rPr>
          <w:lang w:val="de-DE"/>
        </w:rPr>
      </w:pPr>
    </w:p>
    <w:p w14:paraId="521A29D8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Tag 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3ED7D53C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63153067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EEECB64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69FD8B59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44C89F1A" w14:textId="77777777" w:rsidTr="00E86D87">
        <w:tc>
          <w:tcPr>
            <w:tcW w:w="1555" w:type="dxa"/>
          </w:tcPr>
          <w:p w14:paraId="791C3AF5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4B0EB2E1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0DF12E8B" w14:textId="77777777" w:rsidR="0001532F" w:rsidRDefault="0001532F" w:rsidP="00E86D87">
            <w:pPr>
              <w:rPr>
                <w:lang w:val="de-DE"/>
              </w:rPr>
            </w:pPr>
          </w:p>
          <w:p w14:paraId="789344F0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0160B4B" w14:textId="77777777" w:rsidTr="00E86D87">
        <w:tc>
          <w:tcPr>
            <w:tcW w:w="1555" w:type="dxa"/>
          </w:tcPr>
          <w:p w14:paraId="5F8C8248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2C6EFC31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38CDBD31" w14:textId="77777777" w:rsidR="0001532F" w:rsidRDefault="0001532F" w:rsidP="00E86D87">
            <w:pPr>
              <w:rPr>
                <w:lang w:val="de-DE"/>
              </w:rPr>
            </w:pPr>
          </w:p>
          <w:p w14:paraId="47DFCF07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A90EAB9" w14:textId="77777777" w:rsidTr="00E86D87">
        <w:tc>
          <w:tcPr>
            <w:tcW w:w="1555" w:type="dxa"/>
          </w:tcPr>
          <w:p w14:paraId="18BC2E9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0654118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62312422" w14:textId="77777777" w:rsidR="0001532F" w:rsidRDefault="0001532F" w:rsidP="00E86D87">
            <w:pPr>
              <w:rPr>
                <w:lang w:val="de-DE"/>
              </w:rPr>
            </w:pPr>
          </w:p>
          <w:p w14:paraId="1244201E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7002879" w14:textId="77777777" w:rsidTr="00E86D87">
        <w:tc>
          <w:tcPr>
            <w:tcW w:w="1555" w:type="dxa"/>
          </w:tcPr>
          <w:p w14:paraId="0489B485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31DF08B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545E2960" w14:textId="77777777" w:rsidR="0001532F" w:rsidRDefault="0001532F" w:rsidP="00E86D87">
            <w:pPr>
              <w:rPr>
                <w:lang w:val="de-DE"/>
              </w:rPr>
            </w:pPr>
          </w:p>
          <w:p w14:paraId="3B6619FF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46EAB335" w14:textId="77777777" w:rsidTr="00E86D87">
        <w:tc>
          <w:tcPr>
            <w:tcW w:w="1555" w:type="dxa"/>
          </w:tcPr>
          <w:p w14:paraId="3C1D85D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53A3974A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45EFCF18" w14:textId="77777777" w:rsidR="0001532F" w:rsidRDefault="0001532F" w:rsidP="00E86D87">
            <w:pPr>
              <w:rPr>
                <w:lang w:val="de-DE"/>
              </w:rPr>
            </w:pPr>
          </w:p>
          <w:p w14:paraId="1BE8A410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45BB601F" w14:textId="77777777" w:rsidTr="00E86D87">
        <w:tc>
          <w:tcPr>
            <w:tcW w:w="1555" w:type="dxa"/>
          </w:tcPr>
          <w:p w14:paraId="34E9D75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09F6EB5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60AF2E10" w14:textId="77777777" w:rsidR="0001532F" w:rsidRDefault="0001532F" w:rsidP="00E86D87">
            <w:pPr>
              <w:rPr>
                <w:lang w:val="de-DE"/>
              </w:rPr>
            </w:pPr>
          </w:p>
          <w:p w14:paraId="3B870443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7207D8A9" w14:textId="18DE96F7" w:rsidR="000709E0" w:rsidRPr="006B2CF4" w:rsidRDefault="000709E0">
      <w:pPr>
        <w:rPr>
          <w:lang w:val="de-DE"/>
        </w:rPr>
      </w:pPr>
    </w:p>
    <w:p w14:paraId="320FAEAD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Tag 8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1A1AFB5E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406360AD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F809767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433D19FE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7A705D9A" w14:textId="77777777" w:rsidTr="00E86D87">
        <w:tc>
          <w:tcPr>
            <w:tcW w:w="1555" w:type="dxa"/>
          </w:tcPr>
          <w:p w14:paraId="182A13AD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2141951D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6C023507" w14:textId="77777777" w:rsidR="0001532F" w:rsidRDefault="0001532F" w:rsidP="00E86D87">
            <w:pPr>
              <w:rPr>
                <w:lang w:val="de-DE"/>
              </w:rPr>
            </w:pPr>
          </w:p>
          <w:p w14:paraId="2BB92FED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06755556" w14:textId="77777777" w:rsidTr="00E86D87">
        <w:tc>
          <w:tcPr>
            <w:tcW w:w="1555" w:type="dxa"/>
          </w:tcPr>
          <w:p w14:paraId="43C3DA3A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4B97B185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15821BFA" w14:textId="77777777" w:rsidR="0001532F" w:rsidRDefault="0001532F" w:rsidP="00E86D87">
            <w:pPr>
              <w:rPr>
                <w:lang w:val="de-DE"/>
              </w:rPr>
            </w:pPr>
          </w:p>
          <w:p w14:paraId="3B78056F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6CB5B9B0" w14:textId="77777777" w:rsidTr="00E86D87">
        <w:tc>
          <w:tcPr>
            <w:tcW w:w="1555" w:type="dxa"/>
          </w:tcPr>
          <w:p w14:paraId="5E5767D5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5A373AE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13DCB386" w14:textId="77777777" w:rsidR="0001532F" w:rsidRDefault="0001532F" w:rsidP="00E86D87">
            <w:pPr>
              <w:rPr>
                <w:lang w:val="de-DE"/>
              </w:rPr>
            </w:pPr>
          </w:p>
          <w:p w14:paraId="14DFE736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69645523" w14:textId="77777777" w:rsidTr="00E86D87">
        <w:tc>
          <w:tcPr>
            <w:tcW w:w="1555" w:type="dxa"/>
          </w:tcPr>
          <w:p w14:paraId="12A1823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590C189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4019538B" w14:textId="77777777" w:rsidR="0001532F" w:rsidRDefault="0001532F" w:rsidP="00E86D87">
            <w:pPr>
              <w:rPr>
                <w:lang w:val="de-DE"/>
              </w:rPr>
            </w:pPr>
          </w:p>
          <w:p w14:paraId="26A6D5C9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F9E3E92" w14:textId="77777777" w:rsidTr="00E86D87">
        <w:tc>
          <w:tcPr>
            <w:tcW w:w="1555" w:type="dxa"/>
          </w:tcPr>
          <w:p w14:paraId="492306B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5FC6777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5BE3201F" w14:textId="77777777" w:rsidR="0001532F" w:rsidRDefault="0001532F" w:rsidP="00E86D87">
            <w:pPr>
              <w:rPr>
                <w:lang w:val="de-DE"/>
              </w:rPr>
            </w:pPr>
          </w:p>
          <w:p w14:paraId="33542F10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11512AF" w14:textId="77777777" w:rsidTr="00E86D87">
        <w:tc>
          <w:tcPr>
            <w:tcW w:w="1555" w:type="dxa"/>
          </w:tcPr>
          <w:p w14:paraId="34D3450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280AE24D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44985A85" w14:textId="77777777" w:rsidR="0001532F" w:rsidRDefault="0001532F" w:rsidP="00E86D87">
            <w:pPr>
              <w:rPr>
                <w:lang w:val="de-DE"/>
              </w:rPr>
            </w:pPr>
          </w:p>
          <w:p w14:paraId="23D58326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185530A7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lastRenderedPageBreak/>
        <w:t>Tag 9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6ED2C8E2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307AA129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B8576B6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7A2815A1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044B8076" w14:textId="77777777" w:rsidTr="00E86D87">
        <w:tc>
          <w:tcPr>
            <w:tcW w:w="1555" w:type="dxa"/>
          </w:tcPr>
          <w:p w14:paraId="277168A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44C7E34C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4367A949" w14:textId="77777777" w:rsidR="0001532F" w:rsidRDefault="0001532F" w:rsidP="00E86D87">
            <w:pPr>
              <w:rPr>
                <w:lang w:val="de-DE"/>
              </w:rPr>
            </w:pPr>
          </w:p>
          <w:p w14:paraId="7AD624B7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681D24C" w14:textId="77777777" w:rsidTr="00E86D87">
        <w:tc>
          <w:tcPr>
            <w:tcW w:w="1555" w:type="dxa"/>
          </w:tcPr>
          <w:p w14:paraId="5F8BEBA2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15DB8B9B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22878669" w14:textId="77777777" w:rsidR="0001532F" w:rsidRDefault="0001532F" w:rsidP="00E86D87">
            <w:pPr>
              <w:rPr>
                <w:lang w:val="de-DE"/>
              </w:rPr>
            </w:pPr>
          </w:p>
          <w:p w14:paraId="443C4076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560F24AB" w14:textId="77777777" w:rsidTr="00E86D87">
        <w:tc>
          <w:tcPr>
            <w:tcW w:w="1555" w:type="dxa"/>
          </w:tcPr>
          <w:p w14:paraId="4D6D88D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7E28B5FD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7ADAA916" w14:textId="77777777" w:rsidR="0001532F" w:rsidRDefault="0001532F" w:rsidP="00E86D87">
            <w:pPr>
              <w:rPr>
                <w:lang w:val="de-DE"/>
              </w:rPr>
            </w:pPr>
          </w:p>
          <w:p w14:paraId="3195ACB3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9ED2FC4" w14:textId="77777777" w:rsidTr="00E86D87">
        <w:tc>
          <w:tcPr>
            <w:tcW w:w="1555" w:type="dxa"/>
          </w:tcPr>
          <w:p w14:paraId="1DFEA591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4D225F4D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3AAEEC95" w14:textId="77777777" w:rsidR="0001532F" w:rsidRDefault="0001532F" w:rsidP="00E86D87">
            <w:pPr>
              <w:rPr>
                <w:lang w:val="de-DE"/>
              </w:rPr>
            </w:pPr>
          </w:p>
          <w:p w14:paraId="63B6E146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72869FBF" w14:textId="77777777" w:rsidTr="00E86D87">
        <w:tc>
          <w:tcPr>
            <w:tcW w:w="1555" w:type="dxa"/>
          </w:tcPr>
          <w:p w14:paraId="1B4E5D4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285D360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1AED633D" w14:textId="77777777" w:rsidR="0001532F" w:rsidRDefault="0001532F" w:rsidP="00E86D87">
            <w:pPr>
              <w:rPr>
                <w:lang w:val="de-DE"/>
              </w:rPr>
            </w:pPr>
          </w:p>
          <w:p w14:paraId="2004C858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135BE978" w14:textId="77777777" w:rsidTr="00E86D87">
        <w:tc>
          <w:tcPr>
            <w:tcW w:w="1555" w:type="dxa"/>
          </w:tcPr>
          <w:p w14:paraId="31AB630A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17034BD4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7480CBA5" w14:textId="77777777" w:rsidR="0001532F" w:rsidRDefault="0001532F" w:rsidP="00E86D87">
            <w:pPr>
              <w:rPr>
                <w:lang w:val="de-DE"/>
              </w:rPr>
            </w:pPr>
          </w:p>
          <w:p w14:paraId="0C116BA9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183B5475" w14:textId="274250B7" w:rsidR="000709E0" w:rsidRPr="006B2CF4" w:rsidRDefault="000709E0">
      <w:pPr>
        <w:rPr>
          <w:lang w:val="de-DE"/>
        </w:rPr>
      </w:pPr>
    </w:p>
    <w:p w14:paraId="3723BFAE" w14:textId="77777777" w:rsidR="000709E0" w:rsidRPr="006B2CF4" w:rsidRDefault="00000000">
      <w:pPr>
        <w:pStyle w:val="berschrift2"/>
        <w:rPr>
          <w:color w:val="FFC000"/>
          <w:lang w:val="de-DE"/>
        </w:rPr>
      </w:pPr>
      <w:r w:rsidRPr="006B2CF4">
        <w:rPr>
          <w:rFonts w:ascii="Calibri" w:hAnsi="Calibri"/>
          <w:color w:val="FFC000"/>
          <w:lang w:val="de-DE"/>
        </w:rPr>
        <w:t>Tag 10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73"/>
      </w:tblGrid>
      <w:tr w:rsidR="0001532F" w:rsidRPr="006B2CF4" w14:paraId="39601478" w14:textId="77777777" w:rsidTr="00E86D87">
        <w:tc>
          <w:tcPr>
            <w:tcW w:w="1555" w:type="dxa"/>
            <w:shd w:val="clear" w:color="auto" w:fill="BFBFBF" w:themeFill="background1" w:themeFillShade="BF"/>
          </w:tcPr>
          <w:p w14:paraId="4818677A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Uhrzeit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B4686B7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Programmpunkt</w:t>
            </w:r>
          </w:p>
        </w:tc>
        <w:tc>
          <w:tcPr>
            <w:tcW w:w="3673" w:type="dxa"/>
            <w:shd w:val="clear" w:color="auto" w:fill="BFBFBF" w:themeFill="background1" w:themeFillShade="BF"/>
          </w:tcPr>
          <w:p w14:paraId="0BAAFAB1" w14:textId="77777777" w:rsidR="0001532F" w:rsidRPr="006B2CF4" w:rsidRDefault="0001532F" w:rsidP="00E86D87">
            <w:pPr>
              <w:rPr>
                <w:b/>
                <w:bCs/>
                <w:lang w:val="de-DE"/>
              </w:rPr>
            </w:pPr>
            <w:r w:rsidRPr="006B2CF4">
              <w:rPr>
                <w:b/>
                <w:bCs/>
                <w:lang w:val="de-DE"/>
              </w:rPr>
              <w:t>Inhalte</w:t>
            </w:r>
          </w:p>
        </w:tc>
      </w:tr>
      <w:tr w:rsidR="0001532F" w:rsidRPr="006B2CF4" w14:paraId="5A855162" w14:textId="77777777" w:rsidTr="00E86D87">
        <w:tc>
          <w:tcPr>
            <w:tcW w:w="1555" w:type="dxa"/>
          </w:tcPr>
          <w:p w14:paraId="35FE13F7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08: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6F50B26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Frühstück</w:t>
            </w:r>
          </w:p>
        </w:tc>
        <w:tc>
          <w:tcPr>
            <w:tcW w:w="3673" w:type="dxa"/>
          </w:tcPr>
          <w:p w14:paraId="05DA4603" w14:textId="77777777" w:rsidR="0001532F" w:rsidRDefault="0001532F" w:rsidP="00E86D87">
            <w:pPr>
              <w:rPr>
                <w:lang w:val="de-DE"/>
              </w:rPr>
            </w:pPr>
          </w:p>
          <w:p w14:paraId="21BC93F8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12A5390B" w14:textId="77777777" w:rsidTr="00E86D87">
        <w:tc>
          <w:tcPr>
            <w:tcW w:w="1555" w:type="dxa"/>
          </w:tcPr>
          <w:p w14:paraId="478FF099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09:</w:t>
            </w:r>
            <w:r>
              <w:rPr>
                <w:lang w:val="de-DE"/>
              </w:rPr>
              <w:t>0</w:t>
            </w:r>
            <w:r w:rsidRPr="006B2CF4">
              <w:rPr>
                <w:lang w:val="de-DE"/>
              </w:rPr>
              <w:t xml:space="preserve">0 </w:t>
            </w:r>
          </w:p>
        </w:tc>
        <w:tc>
          <w:tcPr>
            <w:tcW w:w="3402" w:type="dxa"/>
          </w:tcPr>
          <w:p w14:paraId="780DE8CF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Vormittagseinheit</w:t>
            </w:r>
          </w:p>
        </w:tc>
        <w:tc>
          <w:tcPr>
            <w:tcW w:w="3673" w:type="dxa"/>
          </w:tcPr>
          <w:p w14:paraId="48A93520" w14:textId="77777777" w:rsidR="0001532F" w:rsidRDefault="0001532F" w:rsidP="00E86D87">
            <w:pPr>
              <w:rPr>
                <w:lang w:val="de-DE"/>
              </w:rPr>
            </w:pPr>
          </w:p>
          <w:p w14:paraId="1E67E412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3C7434ED" w14:textId="77777777" w:rsidTr="00E86D87">
        <w:tc>
          <w:tcPr>
            <w:tcW w:w="1555" w:type="dxa"/>
          </w:tcPr>
          <w:p w14:paraId="678A1ECE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12:30 </w:t>
            </w:r>
          </w:p>
        </w:tc>
        <w:tc>
          <w:tcPr>
            <w:tcW w:w="3402" w:type="dxa"/>
          </w:tcPr>
          <w:p w14:paraId="38CCAD7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Mittagspause</w:t>
            </w:r>
          </w:p>
        </w:tc>
        <w:tc>
          <w:tcPr>
            <w:tcW w:w="3673" w:type="dxa"/>
          </w:tcPr>
          <w:p w14:paraId="1F266B0B" w14:textId="77777777" w:rsidR="0001532F" w:rsidRDefault="0001532F" w:rsidP="00E86D87">
            <w:pPr>
              <w:rPr>
                <w:lang w:val="de-DE"/>
              </w:rPr>
            </w:pPr>
          </w:p>
          <w:p w14:paraId="1FE5582B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293E5D79" w14:textId="77777777" w:rsidTr="00E86D87">
        <w:tc>
          <w:tcPr>
            <w:tcW w:w="1555" w:type="dxa"/>
          </w:tcPr>
          <w:p w14:paraId="511F30A1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14:30 </w:t>
            </w:r>
          </w:p>
        </w:tc>
        <w:tc>
          <w:tcPr>
            <w:tcW w:w="3402" w:type="dxa"/>
          </w:tcPr>
          <w:p w14:paraId="349963BC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Nachmittagseinheit</w:t>
            </w:r>
          </w:p>
        </w:tc>
        <w:tc>
          <w:tcPr>
            <w:tcW w:w="3673" w:type="dxa"/>
          </w:tcPr>
          <w:p w14:paraId="7B93F591" w14:textId="77777777" w:rsidR="0001532F" w:rsidRDefault="0001532F" w:rsidP="00E86D87">
            <w:pPr>
              <w:rPr>
                <w:lang w:val="de-DE"/>
              </w:rPr>
            </w:pPr>
          </w:p>
          <w:p w14:paraId="7640A672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06899F53" w14:textId="77777777" w:rsidTr="00E86D87">
        <w:tc>
          <w:tcPr>
            <w:tcW w:w="1555" w:type="dxa"/>
          </w:tcPr>
          <w:p w14:paraId="5894C0C0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18:00 </w:t>
            </w:r>
          </w:p>
        </w:tc>
        <w:tc>
          <w:tcPr>
            <w:tcW w:w="3402" w:type="dxa"/>
          </w:tcPr>
          <w:p w14:paraId="5DB35EC3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Abendessen</w:t>
            </w:r>
          </w:p>
        </w:tc>
        <w:tc>
          <w:tcPr>
            <w:tcW w:w="3673" w:type="dxa"/>
          </w:tcPr>
          <w:p w14:paraId="454756F3" w14:textId="77777777" w:rsidR="0001532F" w:rsidRDefault="0001532F" w:rsidP="00E86D87">
            <w:pPr>
              <w:rPr>
                <w:lang w:val="de-DE"/>
              </w:rPr>
            </w:pPr>
          </w:p>
          <w:p w14:paraId="5CDF88A2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  <w:tr w:rsidR="0001532F" w:rsidRPr="006B2CF4" w14:paraId="2D026A9D" w14:textId="77777777" w:rsidTr="00E86D87">
        <w:tc>
          <w:tcPr>
            <w:tcW w:w="1555" w:type="dxa"/>
          </w:tcPr>
          <w:p w14:paraId="68B1D8EA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 xml:space="preserve">19:30 </w:t>
            </w:r>
          </w:p>
        </w:tc>
        <w:tc>
          <w:tcPr>
            <w:tcW w:w="3402" w:type="dxa"/>
          </w:tcPr>
          <w:p w14:paraId="09DB77D5" w14:textId="77777777" w:rsidR="0001532F" w:rsidRPr="006B2CF4" w:rsidRDefault="0001532F" w:rsidP="00E86D87">
            <w:pPr>
              <w:rPr>
                <w:lang w:val="de-DE"/>
              </w:rPr>
            </w:pPr>
            <w:r w:rsidRPr="006B2CF4">
              <w:rPr>
                <w:lang w:val="de-DE"/>
              </w:rPr>
              <w:t>Abendprogramm</w:t>
            </w:r>
          </w:p>
        </w:tc>
        <w:tc>
          <w:tcPr>
            <w:tcW w:w="3673" w:type="dxa"/>
          </w:tcPr>
          <w:p w14:paraId="4390CC4B" w14:textId="77777777" w:rsidR="0001532F" w:rsidRDefault="0001532F" w:rsidP="00E86D87">
            <w:pPr>
              <w:rPr>
                <w:lang w:val="de-DE"/>
              </w:rPr>
            </w:pPr>
          </w:p>
          <w:p w14:paraId="24FA2FA4" w14:textId="77777777" w:rsidR="0001532F" w:rsidRPr="006B2CF4" w:rsidRDefault="0001532F" w:rsidP="00E86D87">
            <w:pPr>
              <w:rPr>
                <w:lang w:val="de-DE"/>
              </w:rPr>
            </w:pPr>
          </w:p>
        </w:tc>
      </w:tr>
    </w:tbl>
    <w:p w14:paraId="051477AE" w14:textId="77777777" w:rsidR="00C542C1" w:rsidRPr="006B2CF4" w:rsidRDefault="00C542C1">
      <w:pPr>
        <w:rPr>
          <w:lang w:val="de-DE"/>
        </w:rPr>
      </w:pPr>
    </w:p>
    <w:p w14:paraId="00613241" w14:textId="4DACE484" w:rsidR="006B2CF4" w:rsidRPr="006B2CF4" w:rsidRDefault="006B2CF4">
      <w:pPr>
        <w:rPr>
          <w:lang w:val="de-DE"/>
        </w:rPr>
      </w:pPr>
      <w:r w:rsidRPr="006B2CF4">
        <w:rPr>
          <w:lang w:val="de-DE"/>
        </w:rPr>
        <w:t>10 Tage können max. bezuschusst werden</w:t>
      </w:r>
      <w:r w:rsidR="001040CE">
        <w:rPr>
          <w:lang w:val="de-DE"/>
        </w:rPr>
        <w:t>; m</w:t>
      </w:r>
      <w:r w:rsidRPr="006B2CF4">
        <w:rPr>
          <w:lang w:val="de-DE"/>
        </w:rPr>
        <w:t xml:space="preserve">ehr Tage müssen nicht nachgewiesen werden. </w:t>
      </w:r>
    </w:p>
    <w:p w14:paraId="29C19010" w14:textId="77B6564F" w:rsidR="00063772" w:rsidRPr="006B2CF4" w:rsidRDefault="00063772">
      <w:pPr>
        <w:rPr>
          <w:lang w:val="de-DE"/>
        </w:rPr>
      </w:pPr>
    </w:p>
    <w:sectPr w:rsidR="00063772" w:rsidRPr="006B2CF4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17CD" w14:textId="77777777" w:rsidR="003B5DE2" w:rsidRDefault="003B5DE2">
      <w:pPr>
        <w:spacing w:after="0" w:line="240" w:lineRule="auto"/>
      </w:pPr>
      <w:r>
        <w:separator/>
      </w:r>
    </w:p>
  </w:endnote>
  <w:endnote w:type="continuationSeparator" w:id="0">
    <w:p w14:paraId="24AF3987" w14:textId="77777777" w:rsidR="003B5DE2" w:rsidRDefault="003B5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F767" w14:textId="5ED8634E" w:rsidR="006B2CF4" w:rsidRPr="006B2CF4" w:rsidRDefault="006B2CF4" w:rsidP="006B2CF4">
    <w:pPr>
      <w:pStyle w:val="Fuzeile"/>
      <w:pBdr>
        <w:top w:val="single" w:sz="4" w:space="1" w:color="auto"/>
      </w:pBdr>
      <w:spacing w:line="276" w:lineRule="auto"/>
      <w:jc w:val="center"/>
      <w:rPr>
        <w:rFonts w:cs="Calibri"/>
        <w:sz w:val="18"/>
        <w:szCs w:val="18"/>
      </w:rPr>
    </w:pPr>
    <w:r w:rsidRPr="006B2CF4">
      <w:rPr>
        <w:rFonts w:cs="Calibri"/>
        <w:sz w:val="18"/>
        <w:szCs w:val="18"/>
        <w:lang w:val="de-DE"/>
      </w:rPr>
      <w:t xml:space="preserve">Kreisjugendring Breisgau-Hochschwarzwald l Auf dem Rempart 13 l 79219 Staufen </w:t>
    </w:r>
    <w:r>
      <w:rPr>
        <w:rFonts w:cs="Calibri"/>
        <w:sz w:val="18"/>
        <w:szCs w:val="18"/>
      </w:rPr>
      <w:t xml:space="preserve">l </w:t>
    </w:r>
    <w:hyperlink r:id="rId1" w:history="1">
      <w:r w:rsidRPr="00E617DC">
        <w:rPr>
          <w:rStyle w:val="Hyperlink"/>
          <w:rFonts w:cs="Calibri"/>
          <w:sz w:val="18"/>
          <w:szCs w:val="18"/>
        </w:rPr>
        <w:t>www.kjr-bhs.de</w:t>
      </w:r>
    </w:hyperlink>
    <w:r>
      <w:rPr>
        <w:rFonts w:cs="Calibr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A697" w14:textId="77777777" w:rsidR="003B5DE2" w:rsidRDefault="003B5DE2">
      <w:pPr>
        <w:spacing w:after="0" w:line="240" w:lineRule="auto"/>
      </w:pPr>
      <w:r>
        <w:separator/>
      </w:r>
    </w:p>
  </w:footnote>
  <w:footnote w:type="continuationSeparator" w:id="0">
    <w:p w14:paraId="77BA1CDB" w14:textId="77777777" w:rsidR="003B5DE2" w:rsidRDefault="003B5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AAEE" w14:textId="1122936A" w:rsidR="000709E0" w:rsidRDefault="00000000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6AEACE" wp14:editId="29E086EF">
          <wp:simplePos x="0" y="0"/>
          <wp:positionH relativeFrom="column">
            <wp:posOffset>4679950</wp:posOffset>
          </wp:positionH>
          <wp:positionV relativeFrom="paragraph">
            <wp:posOffset>-298450</wp:posOffset>
          </wp:positionV>
          <wp:extent cx="805958" cy="783027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tandar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958" cy="783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9756691">
    <w:abstractNumId w:val="8"/>
  </w:num>
  <w:num w:numId="2" w16cid:durableId="814682343">
    <w:abstractNumId w:val="6"/>
  </w:num>
  <w:num w:numId="3" w16cid:durableId="954992163">
    <w:abstractNumId w:val="5"/>
  </w:num>
  <w:num w:numId="4" w16cid:durableId="194084113">
    <w:abstractNumId w:val="4"/>
  </w:num>
  <w:num w:numId="5" w16cid:durableId="432360832">
    <w:abstractNumId w:val="7"/>
  </w:num>
  <w:num w:numId="6" w16cid:durableId="792864444">
    <w:abstractNumId w:val="3"/>
  </w:num>
  <w:num w:numId="7" w16cid:durableId="1986348981">
    <w:abstractNumId w:val="2"/>
  </w:num>
  <w:num w:numId="8" w16cid:durableId="1465848339">
    <w:abstractNumId w:val="1"/>
  </w:num>
  <w:num w:numId="9" w16cid:durableId="47719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32F"/>
    <w:rsid w:val="00034616"/>
    <w:rsid w:val="0006063C"/>
    <w:rsid w:val="00063772"/>
    <w:rsid w:val="000709E0"/>
    <w:rsid w:val="001040CE"/>
    <w:rsid w:val="001459C0"/>
    <w:rsid w:val="0015074B"/>
    <w:rsid w:val="00203C34"/>
    <w:rsid w:val="0022301D"/>
    <w:rsid w:val="0029639D"/>
    <w:rsid w:val="00326F90"/>
    <w:rsid w:val="00332FE0"/>
    <w:rsid w:val="00334E5B"/>
    <w:rsid w:val="003B5DE2"/>
    <w:rsid w:val="006B2CF4"/>
    <w:rsid w:val="007D3890"/>
    <w:rsid w:val="00920141"/>
    <w:rsid w:val="00AA1D8D"/>
    <w:rsid w:val="00B47730"/>
    <w:rsid w:val="00C542C1"/>
    <w:rsid w:val="00C76853"/>
    <w:rsid w:val="00CB0664"/>
    <w:rsid w:val="00D61248"/>
    <w:rsid w:val="00E03F4F"/>
    <w:rsid w:val="00E204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4C2296"/>
  <w14:defaultImageDpi w14:val="330"/>
  <w15:docId w15:val="{E36624BA-C72F-4F24-8C25-E724B630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rsid w:val="006B2C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jr-bh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1962</Characters>
  <Application>Microsoft Office Word</Application>
  <DocSecurity>0</DocSecurity>
  <Lines>327</Lines>
  <Paragraphs>186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Andreas Kern</cp:lastModifiedBy>
  <cp:revision>7</cp:revision>
  <dcterms:created xsi:type="dcterms:W3CDTF">2026-08-03T15:24:00Z</dcterms:created>
  <dcterms:modified xsi:type="dcterms:W3CDTF">2026-08-03T16:11:00Z</dcterms:modified>
  <cp:category/>
</cp:coreProperties>
</file>